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Full Paper Manuscript Template</w:t>
      </w:r>
    </w:p>
    <w:p>
      <w:pPr>
        <w:jc w:val="center"/>
      </w:pPr>
      <w:r>
        <w:rPr>
          <w:b/>
        </w:rPr>
        <w:t>GLOBAL STUDENT LEADERSHIP SUMMIT (GSLS) 2026</w:t>
      </w:r>
    </w:p>
    <w:p>
      <w:pPr>
        <w:jc w:val="center"/>
      </w:pPr>
      <w:r>
        <w:t>Tianjin, China | 17–22 December 2026</w:t>
      </w:r>
    </w:p>
    <w:p>
      <w:r>
        <w:t>Theme: “Redefining Future Leaders Through Value-Based Leadership”</w:t>
      </w:r>
    </w:p>
    <w:p>
      <w:pPr>
        <w:pStyle w:val="Heading1"/>
      </w:pPr>
      <w:r>
        <w:t>Paper Information</w:t>
      </w:r>
    </w:p>
    <w:p>
      <w:pPr>
        <w:pStyle w:val="ListBullet"/>
      </w:pPr>
      <w:r>
        <w:t>Paper Title</w:t>
      </w:r>
    </w:p>
    <w:p>
      <w:pPr>
        <w:pStyle w:val="ListBullet"/>
      </w:pPr>
      <w:r>
        <w:t>Track / Scope</w:t>
      </w:r>
    </w:p>
    <w:p>
      <w:pPr>
        <w:pStyle w:val="ListBullet"/>
      </w:pPr>
      <w:r>
        <w:t>Author Name(s)</w:t>
      </w:r>
    </w:p>
    <w:p>
      <w:pPr>
        <w:pStyle w:val="ListBullet"/>
      </w:pPr>
      <w:r>
        <w:t>Affiliation(s)</w:t>
      </w:r>
    </w:p>
    <w:p>
      <w:pPr>
        <w:pStyle w:val="ListBullet"/>
      </w:pPr>
      <w:r>
        <w:t>Corresponding Email</w:t>
      </w:r>
    </w:p>
    <w:p>
      <w:pPr>
        <w:pStyle w:val="Heading1"/>
      </w:pPr>
      <w:r>
        <w:t>Abstract</w:t>
      </w:r>
    </w:p>
    <w:p>
      <w:r>
        <w:t>Write an abstract of up to 150 words.</w:t>
      </w:r>
    </w:p>
    <w:p>
      <w:pPr>
        <w:pStyle w:val="Heading1"/>
      </w:pPr>
      <w:r>
        <w:t>Keywords</w:t>
      </w:r>
    </w:p>
    <w:p>
      <w:r>
        <w:t>List 3–5 keywords.</w:t>
      </w:r>
    </w:p>
    <w:p>
      <w:pPr>
        <w:pStyle w:val="Heading1"/>
      </w:pPr>
      <w:r>
        <w:t>Suggested Sections</w:t>
      </w:r>
    </w:p>
    <w:p>
      <w:pPr>
        <w:pStyle w:val="ListBullet"/>
      </w:pPr>
      <w:r>
        <w:t>1. Introduction</w:t>
      </w:r>
    </w:p>
    <w:p>
      <w:pPr>
        <w:pStyle w:val="ListBullet"/>
      </w:pPr>
      <w:r>
        <w:t>2. Literature Review / Background</w:t>
      </w:r>
    </w:p>
    <w:p>
      <w:pPr>
        <w:pStyle w:val="ListBullet"/>
      </w:pPr>
      <w:r>
        <w:t>3. Methodology</w:t>
      </w:r>
    </w:p>
    <w:p>
      <w:pPr>
        <w:pStyle w:val="ListBullet"/>
      </w:pPr>
      <w:r>
        <w:t>4. Findings / Discussion</w:t>
      </w:r>
    </w:p>
    <w:p>
      <w:pPr>
        <w:pStyle w:val="ListBullet"/>
      </w:pPr>
      <w:r>
        <w:t>5. Conclusion</w:t>
      </w:r>
    </w:p>
    <w:p>
      <w:pPr>
        <w:pStyle w:val="ListBullet"/>
      </w:pPr>
      <w:r>
        <w:t>6. References</w:t>
      </w:r>
    </w:p>
    <w:p>
      <w:r>
        <w:br/>
        <w:t>Submission email: gslsmohe@umpsa.edu.my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